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21-С-0567-0824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"РОММЕТ"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"РОММЕТ"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2100006264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1232100002771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577 (13.08.2024)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Романов Алексей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 0011859434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16.07.2024 по 15.07.2025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