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4"/>
        </w:rPr>
        <w:t>Информация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969"/>
        <w:gridCol w:w="5102"/>
      </w:tblGrid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Регистрационный номер: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21-С-0564-0724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Сокращенное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ООО "Специализированный застройщик "ИКЧР"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Полное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 xml:space="preserve">Общество с ограниченной ответственностью "Специализированный застройщик "Ипотечная корпорация Чувашской Республики" 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ИНН: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2130205838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ОГРН/ОГРНИП: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1182130011777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гос. регистрации ЮЛ/ИП: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09.11.2018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соответствии члена СРО условиям членства, предусмотренным законодательством РФ и (или) внутренними документами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соответствует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Статус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Исключен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регистрации в реестре СРО (внесения сведений в реестр):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04.07.2024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Основание приема в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Протокол заседания Правления № 576 (02.07.2024)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прекращения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30.06.2025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прекращении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Уведомление о добровольном прекращении членства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возмещения вреда (КФ ВВ)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ВВ: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Первый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Стоимость работ по одному договору: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девяносто миллионов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обеспечения договорных обязательств (КФ ОДО)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ОДО: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Первый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Предельный размер обязательств по договорам, заключаемым с использованием конкурентных способов заключения договоров: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девяносто миллионов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Единоличный исполнительный орган/руководитель коллегиального исполнительного органа: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Генеральный директор, Артамонов Юрий Вадимович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Контактные телефоны: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(8352) 23-07-77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(Индекс):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428003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(Страна):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РФ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(Субъект РФ):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Чувашская Республика - Чувашия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(Район):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г.о. город Чебоксары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(Населённый пункт):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город Чебоксары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(Улица):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пр-кт Московский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(Дом):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зд. 3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(Помещение):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помещ/офис 1/20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страховщике: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Наименование организации: Публичное акционерное общество «Страховая акционерная компания "Энергогарант"</w:t>
              <w:br/>
              <w:t>№ Лицензии: ОС 1834 - 03 от 1 февраля 2016 года</w:t>
              <w:br/>
              <w:t>Адрес: 115035, г. Москва, Садовническая наб., д. 23</w:t>
              <w:br/>
              <w:t>Контактные телефоны: +7 (495) 737-03-01, +7 (495) 737-03-30</w:t>
              <w:br/>
              <w:t>Веб сайт: http://www.energogarant.ru/</w:t>
              <w:br/>
              <w:t>Электронная почта: energy@msk-garant.ru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Номер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244900-021-001457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Срок действия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 17.05.2024 по 16.05.2025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Страховая сумма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10 000 000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