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21-С-0559-0424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ООО "СУ-121"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Общество с ограниченной ответственностью "СУ-121"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2100000512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1222100006985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19.09.2022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Является членом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16.04.2024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574 (16.04.2024)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возмещения вреда (КФ ВВ)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500 000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ВВ: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Второй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Стоимость работ по одному договору: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пятьсот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Генеральный директор, Яковлев Валерий Николаевич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8-903-345-90-82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428038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(Район):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г.о. 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улица Эльменя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дом 34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(Помещение):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помещ. 2, ком. 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Наименование организации: Акционерное общество «АльфаСтрахование»</w:t>
              <w:br/>
              <w:t>№ Лицензии: СИ № 2239 от 13 ноября 2017 года</w:t>
              <w:br/>
              <w:t>Адрес: 115162, г. Москва, ул. Шаболовка, д. 31, стр. Б</w:t>
              <w:br/>
              <w:t>Контактные телефоны: +7 (495) 788-09-99,  факс: +7 (495) 785-08-88</w:t>
              <w:br/>
              <w:t>Веб сайт: www.alfastrah.ru</w:t>
              <w:br/>
              <w:t>Электронная почта: alfastrah@alfastrah.ru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7791R/906/00011/26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28.02.2026 по 27.02.2027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20 000 000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