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21-С-0535-0123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"Волжская перекись"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"Волжская перекись"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5024151858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1155024001131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24.02.2015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01.02.2023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552 (31.01.2023)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Третий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три миллиарда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Незнамов Константин Анатольевич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 (8352) 73-55-57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http://www.volperox.ru/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429965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Новочебоксарск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Промышленная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101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«Ингосстрах» </w:t>
              <w:br/>
              <w:t>№ Лицензии: ОС 0928 - 02 от 28 сентября 2016 года</w:t>
              <w:br/>
              <w:t>Адрес: 127994, г. Москва, ул. Лесная, д. 41</w:t>
              <w:br/>
              <w:t>Контактные телефоны: +7 (495) 956-55-55, факс: +7 (495) 959-44-20</w:t>
              <w:br/>
              <w:t>Веб сайт: http://www.ingos.ru/</w:t>
              <w:br/>
              <w:t>Электронная почта: ingos@ingos.ru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433-550-214444/26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06.09.2026 по 05.09.2027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