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21-С-0529-1022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"МеталлСнаб"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"МеталлСнаб"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1172130003110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24.10.2022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547 (18.10.2022)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Матвеева Елена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8-917-655-57-52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7791R/906/00162/25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30.01.2026 по 29.01.2027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