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21-С-0186-0522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2130150177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1152130002034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Игнатьев Владимир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55-49-69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Байдула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7791R/906/00001/26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