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21-С-0521-0322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«СЗ «АЛЬФА-СТРОЙ»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«Специализированный застройщик «АЛЬФА-СТРОЙ»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2130048663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1082130015604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17.10.2008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04.04.2022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534 (31.03.2022)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Инкин Владимир Петрович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62-67-51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г.о. 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проспект Ленина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25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(Корпус/строение):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к. 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помещ. 4, ком. 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Наименование организации: Страховое публичное акционерное общество «РЕСО-Гарантия» </w:t>
              <w:br/>
              <w:t>№ Лицензии: ОС 1209 - 03 от 20 августа 2015 года</w:t>
              <w:br/>
              <w:t>Адрес: 117105, г. Москва, Нагорный пр., д. 6</w:t>
              <w:br/>
              <w:t>Контактные телефоны: +7 (495) 730-30-00,  факс: +7 495) 956-25-85</w:t>
              <w:br/>
              <w:t>Веб сайт: http://www.reso.ru/</w:t>
              <w:br/>
              <w:t>Электронная почта: mail@reso.ru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924/2948723132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24.02.2026 по 23.02.2027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