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21-С-0201-1221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АО «СЗ «ЖБК-1»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Акционерное общество «Специализированный застройщик «Железобетонные конструкции №1»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2124021590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1042124001105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03.03.2004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03.12.2021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524 (01.12.2021)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1 500 000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Третий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три миллиарда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Генеральный директор, Королев Александр Васильевич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(8352) 56-66-10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428903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проезд Лапсарский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19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Страховое акционерное общество «ВСК»</w:t>
              <w:br/>
              <w:t>№ Лицензии: ОС 0621 - 03 от 11 сентября 2015 года</w:t>
              <w:br/>
              <w:t>Адрес: 121552, г. Москва, ул. Островная, д. 4</w:t>
              <w:br/>
              <w:t>Контактные телефоны: +7 (495) 727-44-44, +7 (495) 785-27-76</w:t>
              <w:br/>
              <w:t>Веб сайт: http://www.vsk.ru</w:t>
              <w:br/>
              <w:t>Электронная почта: info@vsk.ru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25450D4000648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01.12.2025 по 30.11.2026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