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21-С-0278-0921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ООО "Эталон-М"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Общество с ограниченной ответственностью "Эталон-М"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2124034246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1112124000460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14.04.2011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Исключен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23.09.2021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518 (23.09.2021)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прекращения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22.05.2024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прекращении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Уведомление о добровольном прекращении членства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Первый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девяносто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Директор, Таллина Алла Владимировна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+7919-661-09-99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429965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Новочебоксарск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улица Коммунистическая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владение 34Б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Наименование организации: Публичное акционерное общество «Страховая акционерная компания "Энергогарант"</w:t>
              <w:br/>
              <w:t>№ Лицензии: ОС 1834 - 03 от 1 февраля 2016 года</w:t>
              <w:br/>
              <w:t>Адрес: 115035, г. Москва, Садовническая наб., д. 23</w:t>
              <w:br/>
              <w:t>Контактные телефоны: +7 (495) 737-03-01, +7 (495) 737-03-30</w:t>
              <w:br/>
              <w:t>Веб сайт: http://www.energogarant.ru/</w:t>
              <w:br/>
              <w:t>Электронная почта: energy@msk-garant.ru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234900-021-002282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15.09.2023 по 14.09.2024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