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21-С-0183-0221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«Профстройпроект»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«Профстройпроект»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2130184994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1172130003210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06.03.2017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17.02.2021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494 (17.02.2021)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Семёнов Андрей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+79061343331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ул. Энтузиастов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7791R/906/00167/25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01.02.2026 по 31.01.2027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