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21-С-0225-0820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«Дорстар»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«Дорстар»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2130217640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1202100002301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13.03.2020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18.08.2020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479 (12.08.2020)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Третий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три миллиарда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Третий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три миллиарда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Козлов Вячеслав Николаевич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36-73-73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Константина Иванова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73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Страховое акционерное общество «ВСК»</w:t>
              <w:br/>
              <w:t>№ Лицензии: ОС 0621 - 03 от 11 сентября 2015 года</w:t>
              <w:br/>
              <w:t>Адрес: 121552, г. Москва, ул. Островная, д. 4</w:t>
              <w:br/>
              <w:t>Контактные телефоны: +7 (495) 727-44-44, +7 (495) 785-27-76</w:t>
              <w:br/>
              <w:t>Веб сайт: http://www.vsk.ru</w:t>
              <w:br/>
              <w:t>Электронная почта: info@vsk.ru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26450D4000276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03.08.2026 по 02.08.2027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