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21-С-0466-0720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«ГК «Альянс-Стройпроект»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«Группа Компания «Альянс-Стройпроект»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2130113129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1122130015831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476 (09.07.2020)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Стожаров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+79176726903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Новогородская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433-550-181224/26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23.07.2026 по 22.07.2027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