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21-С-0149-0819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«РЕАМ-Строй»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«РЕАМ-Строй»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2130139568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1142130008723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445 (14.08.2019)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Матвеев Руслан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+79674724888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Ядринский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Ядрин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Садовая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924/3052746235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04.08.2026 по 03.08.2027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