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jc w:val="center"/>
      </w:pPr>
      <w:r>
        <w:rPr>
          <w:rFonts w:ascii="Times New Roman" w:hAnsi="Times New Roman"/>
          <w:b/>
          <w:sz w:val="24"/>
        </w:rPr>
        <w:t>Информация</w:t>
      </w:r>
    </w:p>
    <w:tbl>
      <w:tblPr>
        <w:tblW w:type="auto" w:w="0"/>
        <w:tblLayout w:type="fixed"/>
        <w:tblLook w:firstColumn="1" w:firstRow="1" w:lastColumn="0" w:lastRow="0" w:noHBand="0" w:noVBand="1" w:val="04A0"/>
      </w:tblPr>
      <w:tblGrid>
        <w:gridCol w:w="3969"/>
        <w:gridCol w:w="5102"/>
      </w:tblGrid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Регистрационный номер: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21-С-0201-0819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Сокращенное наименование организации: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ООО «СК «Стройметалл»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Полное наименование организации: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Общество с ограниченной ответственностью «СК «Стройметалл»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ИНН: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2115005665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ОГРН/ОГРНИП: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1162130056582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Дата гос. регистрации ЮЛ/ИП: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21.04.2016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Сведения о соответствии члена СРО условиям членства, предусмотренным законодательством РФ и (или) внутренними документами СРО: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Не соответствует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Статус членства: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Исключен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Дата регистрации в реестре СРО (внесения сведений в реестр):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26.08.2019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Основание приема в СРО: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Протокол заседания Правления № 445 (14.08.2019)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Дата прекращения членства: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10.11.2021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Основание прекращения членства: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Протокол заседания Правления № 521 (10.11.2021)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Сведения о прекращении членства: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Исключены на основании п.2 ч.2 ст. 55.7. ГрК РФ. На момент исключения размер взноса в компенсационный фонд возмещения вреда составлял - 100 000 рублей, в компенсационный фонд обеспечения договорных обязательств - 0 рублей.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Сумма взноса в Компенсационный Фонд возмещения вреда (КФ ВВ) (руб.):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100 000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Уровень ответственности ВВ: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Первый уровень ответственности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Стоимость работ по одному договору: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не превышает девяносто миллионов рублей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Единоличный исполнительный орган/руководитель коллегиального исполнительного органа: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Директор, Кузьмин Руслан Александрович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Контактные телефоны: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+79686937228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Адрес (Индекс):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429900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Адрес (Страна):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РФ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Адрес (Субъект РФ):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Чувашская Республика - Чувашия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Адрес (Район):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район Цивильский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Адрес (Населённый пункт):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город Цивильск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Адрес (Улица):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улица Павла Иванова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Адрес (Дом):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дом 8Б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Сведения о страховщике: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Наименование организации: Акционерное общество "Страховая Компания  "ПОЛИС-ГАРАНТ"</w:t>
              <w:br/>
              <w:t>№ Лицензии: СИ №3390 от 13.11.2017</w:t>
              <w:br/>
              <w:t>Адрес: 119334, РФ, г. Москва, ул. Вавилова, дом 24, корп. 1, помещение XI</w:t>
              <w:br/>
              <w:t>Контактные телефоны: тел: +7 (495) 989-80-10, +7 (495) 988-10-81</w:t>
              <w:br/>
              <w:t>Веб сайт: polis-garant.ru</w:t>
              <w:br/>
              <w:t>Электронная почта: info@polis-garant.ru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Номер договора страхования: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СРО-20/2721-14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Срок действия договора страхования: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с 01.08.2020 по 31.07.2021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Страховая сумма (руб.):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5 000 000</w:t>
            </w:r>
          </w:p>
        </w:tc>
      </w:tr>
    </w:tbl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