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21-С-0514-0619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"Энерго Спец 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«Энерго Спец 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2130209159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1192130003560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02.07.2019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437 (11.06.2019)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462 (15.01.2020)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Новиков Николай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+79172277171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 Чебоксары, п. Сосновка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Сосновская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кабинет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"Страховая Компания  "ПОЛИС-ГАРАНТ"</w:t>
              <w:br/>
              <w:t>№ Лицензии: СИ №3390 от 13.11.2017</w:t>
              <w:br/>
              <w:t>Адрес: 119334, РФ, г. Москва, ул. Вавилова, дом 24, корп. 1, помещение XI</w:t>
              <w:br/>
              <w:t>Контактные телефоны: тел: +7 (495) 989-80-10, +7 (495) 988-10-81</w:t>
              <w:br/>
              <w:t>Веб сайт: polis-garant.ru</w:t>
              <w:br/>
              <w:t>Электронная почта: info@polis-garant.ru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СРО-19/1262-14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29.05.2019 по 28.05.2020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