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21-С-0517-0619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«Строительные технологии»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«Строительные технологии»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2130142352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1142130011540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22.08.2014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19.06.2019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438 (19.06.2019)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Второй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пятьсот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2 500 000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Второй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пятьсот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Управляющий, Портнов Дмитрий Анатольевич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+79276654212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428034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Университетская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27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пом/ком 4/25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 xml:space="preserve">Наименование организации: Страховое публичное акционерное общество «Ингосстрах» </w:t>
              <w:br/>
              <w:t>№ Лицензии: ОС 0928 - 02 от 28 сентября 2016 года</w:t>
              <w:br/>
              <w:t>Адрес: 127994, г. Москва, ул. Лесная, д. 41</w:t>
              <w:br/>
              <w:t>Контактные телефоны: +7 (495) 956-55-55, факс: +7 (495) 959-44-20</w:t>
              <w:br/>
              <w:t>Веб сайт: http://www.ingos.ru/</w:t>
              <w:br/>
              <w:t>Электронная почта: ingos@ingos.ru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433-550-143842/26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18.06.2026 по 17.06.2027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