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21-С-0497-0419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«Техком»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«Техком»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7725724645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1117746402729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24.05.2011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04.04.2019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427 (03.04.2019)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29.03.2021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Никонов Валерий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(495) 788-95-21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бульвар Эгерский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пом.№5 офис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"Страховая Компания  "ПОЛИС-ГАРАНТ"</w:t>
              <w:br/>
              <w:t>№ Лицензии: СИ №3390 от 13.11.2017</w:t>
              <w:br/>
              <w:t>Адрес: 119334, РФ, г. Москва, ул. Вавилова, дом 24, корп. 1, помещение XI</w:t>
              <w:br/>
              <w:t>Контактные телефоны: тел: +7 (495) 989-80-10, +7 (495) 988-10-81</w:t>
              <w:br/>
              <w:t>Веб сайт: polis-garant.ru</w:t>
              <w:br/>
              <w:t>Электронная почта: info@polis-garant.ru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СРО-19/1149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14.03.2019 по 13.03.2020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