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21-С-0486-0219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«СМУ-8»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«СМУ-8»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2130207345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1182130013944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29.12.2018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22.02.2019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421 (20.02.2019)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Третий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три миллиарда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Шкенев Павел Александрович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41-70-72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428038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Энтузиастов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3, офис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Страховое публичное акционерное общество «РЕСО-Гарантия» </w:t>
              <w:br/>
              <w:t>№ Лицензии: ОС 1209 - 03 от 20 августа 2015 года</w:t>
              <w:br/>
              <w:t>Адрес: 117105, г. Москва, Нагорный пр., д. 6</w:t>
              <w:br/>
              <w:t>Контактные телефоны: +7 (495) 730-30-00,  факс: +7 495) 956-25-85</w:t>
              <w:br/>
              <w:t>Веб сайт: http://www.reso.ru/</w:t>
              <w:br/>
              <w:t>Электронная почта: mail@reso.ru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924/2951112176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12.02.2026 по 11.02.2027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