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21-С-0471-1118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АЛЬФА»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АЛЬФА»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2130003790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1062130006674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413 (21.11.2018)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Миронов Владимир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28-12-88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2, каб. /офис 9/502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№0012075607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07.11.2025 по 06.11.2026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