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21-С-0290-1018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«СЗ «Сара-строй»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«Специализированный Застройщик «Сара-строй»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2130037277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1082130003988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06.03.2008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409 (24.10.2018)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19.12.2023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Николаев Игорь Федорович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30-64-24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Ядринское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224900-021-002777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15.10.2022 по 14.10.2023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