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21-С-0464-0918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ВОИН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 ВОИН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2130197432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1182130000975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406 (26.09.2018)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Павлов Владимир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44-35-24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Мясокомбинатский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пом/офис 3/403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СРО-20/2988-14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23.09.2020 по 22.09.2021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