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21-С-0462-0918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«ЧЭАЗ-Инжиниринг»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«ЧЭАЗ-Инжиниринг»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1182130006805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401 (05.09.2018)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Иванова Наталия Алексеевна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+7-987-670-00-26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25450D4000549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05.09.2025 по 04.09.2026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