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21-С-0202-0818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«Нерон»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«Нерон»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2127304187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1022100975654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10.12.1998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08.08.2018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396 (08.08.2018)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09.09.2025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№590 (09.09.2025)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- 200 000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Семенов Никита Сергеевич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пр-кт Максима Горького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помещ. 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Общество с ограниченной ответственностью «Страховая Компания «Согласие»</w:t>
              <w:br/>
              <w:t>№ Лицензии: СИ 1307 от 25 мая 2015 года</w:t>
              <w:br/>
              <w:t>Адрес: 129110, г. Москва, ул. Гиляровского, д. 42</w:t>
              <w:br/>
              <w:t>Контактные телефоны: +7 (495) 739-01-01, 8-800-200-01-01</w:t>
              <w:br/>
              <w:t>Веб сайт: http://www.soglasie.ru/</w:t>
              <w:br/>
              <w:t>Электронная почта: info@soglasie.ru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2009022-2110134/24СРО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14.08.2024 по 13.08.2025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