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21-С-0452-0718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ПК «СМК»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Производственная компания «СтройМеталлКонструкция»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2130199870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1182130004066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18.07.2018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391 (18.07.2018)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10.10.2019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450 (09.10.2019)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Макаров Юрий Юрьевич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+79093057377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шоссе Вурнарское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184900-021-000205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28.06.2018 по 27.06.2019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