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21-С-0068-0718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«УМ №21»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«Управление механизации №21»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2130188357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1172130007488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391 (18.07.2018)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Калашников Андрей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22-25-71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52А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19.01.2026 по 18.01.2027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