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21-С-0448-0718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«Нептун»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«Нептун»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2130189390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1172130008907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389 (04.07.2018)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Монина Наталья Владимировна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+79269960027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А.Н. Крылова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№ 433-550-200613/26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26.08.2026 по 25.08.2027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