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center"/>
      </w:pPr>
      <w:r>
        <w:rPr>
          <w:rFonts w:ascii="Times New Roman" w:hAnsi="Times New Roman"/>
          <w:b/>
          <w:sz w:val="24"/>
        </w:rPr>
        <w:t>Информация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3969"/>
        <w:gridCol w:w="5102"/>
      </w:tblGrid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Регистрационный номер: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21-С-0440-0518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Сокращенное наименование организации: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ООО «Инкомцентр»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Полное наименование организации: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Общество с ограниченной ответственностью «Инкомцентр»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ИНН: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2130097244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ОГРН/ОГРНИП: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1112130016503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Дата гос. регистрации ЮЛ/ИП: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23.12.2011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Сведения о соответствии члена СРО условиям членства, предусмотренным законодательством РФ и (или) внутренними документами СРО: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Соответствует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Статус членства: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Является членом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Дата регистрации в реестре СРО (внесения сведений в реестр):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16.05.2018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Основание приема в СРО: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Протокол заседания Правления № 381 (16.05.2018)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Сумма взноса в Компенсационный Фонд возмещения вреда (КФ ВВ) (руб.):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500 000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Уровень ответственности ВВ: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Второй уровень ответственности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Стоимость работ по одному договору: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не превышает пятьсот миллионов рублей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Единоличный исполнительный орган/руководитель коллегиального исполнительного органа: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Генеральный директор, Андреев Алексей Михайлович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Контактные телефоны: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(8352) 70-08-00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Адрес (Индекс):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428003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Адрес (Страна):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РФ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Адрес (Субъект РФ):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Чувашская Республика - Чувашия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Адрес (Населённый пункт):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город Чебоксары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Адрес (Улица):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улица Энгельса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Адрес (Дом):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дом 31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Сведения о страховщике: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Наименование организации: Акционерное общество «Группа страховых компаний «Югория»</w:t>
              <w:br/>
              <w:t>№ Лицензии: СИ № 3211 от 26.08.2019</w:t>
              <w:br/>
              <w:t>Адрес: 628011, Ханты-Мансийский автономный округ — Югра, Ханты-Мансийск, ул. Комсомольская, д. 61</w:t>
              <w:br/>
              <w:t>Контактные телефоны: +7 (3467) 357-222</w:t>
              <w:br/>
              <w:t>Веб сайт: http://www.ugsk.ru/</w:t>
              <w:br/>
              <w:t>Электронная почта: mail@ugsk.ru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Номер договора страхования: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085-000075-58/25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Срок действия договора страхования: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 29.10.2025 по 28.10.2026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Страховая сумма (руб.):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20 000 000</w:t>
            </w:r>
          </w:p>
        </w:tc>
      </w:tr>
    </w:tbl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