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21-С-0129-0418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«Инбрэс»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«Инбрэс»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2130023771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1072130011502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375 (16.04.2018)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580 (10.12.2024)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Плотников Иван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45-94-88, 45-95-96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www.inbres.ru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119049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вн.тер.г. Муниципальный округ Якиманка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Крымский Вал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21/1/1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2009022-0540077/24 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23.03.2024 по 22.03.2025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