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21-С-0425-0318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«Теплокомплект»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«Теплокомплект»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2127014569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1052128003113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26.01.2005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22.03.2018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369 (22.03.2018)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Кудряшов Александр Леонидович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(8352) 70-07-01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Веб сайт: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www.teplokomplekt21.ru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Николая Смирнова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офис 19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Страховое акционерное общество «ВСК»</w:t>
              <w:br/>
              <w:t>№ Лицензии: ОС 0621 - 03 от 11 сентября 2015 года</w:t>
              <w:br/>
              <w:t>Адрес: 121552, г. Москва, ул. Островная, д. 4</w:t>
              <w:br/>
              <w:t>Контактные телефоны: +7 (495) 727-44-44, +7 (495) 785-27-76</w:t>
              <w:br/>
              <w:t>Веб сайт: http://www.vsk.ru</w:t>
              <w:br/>
              <w:t>Электронная почта: info@vsk.ru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26450D4000244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09.07.2026 по 08.07.2027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