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21-С-0415-0318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СЗ «Артек»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Специализированный застройщик «Артек»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2130090672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1112130009045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21.07.2011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Васюков Дмитрий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23-07-47, 23-07-48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пер. Бабушкина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264900-021-000483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13.03.2026 по 12.03.2027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