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4"/>
        </w:rPr>
        <w:t>Информация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969"/>
        <w:gridCol w:w="5102"/>
      </w:tblGrid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Регистрационный номер: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21-С-0412-0218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Сокращенное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ООО «СК «ОРТИС»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Полное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Общество с ограниченной ответственностью «Строительная Компания «ОРТИС»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ИНН: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2130184296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ОГРН/ОГРНИП: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1172130002417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гос. регистрации ЮЛ/ИП: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17.02.2017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соответствии члена СРО условиям членства, предусмотренным законодательством РФ и (или) внутренними документами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Соответствует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Статус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Является членом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регистрации в реестре СРО (внесения сведений в реестр):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16.02.2018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Основание приема в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Протокол заседания Правления № 364 (16.02.2018)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возмещения вреда (КФ ВВ)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ВВ: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Первый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Стоимость работ по одному договору: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девяносто миллионов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обеспечения договорных обязательств (КФ ОДО)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ОДО: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Первый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Предельный размер обязательств по договорам, заключаемым с использованием конкурентных способов заключения договоров: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девяносто миллионов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Единоличный исполнительный орган/руководитель коллегиального исполнительного органа: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Директор, Тимофеев Олег Иванович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Контактные телефоны: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(8352) 24-30-00, 24-30-10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(Индекс):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428000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(Страна):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РФ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(Субъект РФ):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Чувашская Республика - Чувашия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(Населённый пункт):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город Чебоксары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(Улица):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проезд Лапсарский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(Дом):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дом 13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(Помещение):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офис 3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страховщике: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Наименование организации: Акционерное общество "Зетта Страхование"</w:t>
              <w:br/>
              <w:t>№ Лицензии: ОС 1083 - 02 от 24 июня 2015 года</w:t>
              <w:br/>
              <w:t>Адрес: 121087, г. Москва, Багратионовский проезд, д.7, корпус 11</w:t>
              <w:br/>
              <w:t>Контактные телефоны: +7 (495) 967-17-81</w:t>
              <w:br/>
              <w:t>Веб сайт: http://www.zettains.ru</w:t>
              <w:br/>
              <w:t>Электронная почта: info@zettains.ru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Номер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СРО-4000626683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Срок действия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 09.02.2026 по 08.02.2027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Страховая сумма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10 000 000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