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21-С-0367-1017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"СТРОЙРЕСУРС-К"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«СТРОЙРЕСУРС-К»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2130154372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1152130006170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342 (13.10.2017)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Павлов Дмитрий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(8555) 33-87-17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01.10.2019 по 30.09.2020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