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21-С-0367-1017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"СТРОЙРЕСУРС-К"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«СТРОЙРЕСУРС-К»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2130154372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1152130006170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28.04.2015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342 (13.10.2017)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Павлов Дмитрий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(8555) 33-87-17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А.Н.Крылова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«Группа страховых компаний «Югория»</w:t>
              <w:br/>
              <w:t>№ Лицензии: СИ № 3211 от 26.08.2019</w:t>
              <w:br/>
              <w:t>Адрес: 628011, Ханты-Мансийский автономный округ — Югра, Ханты-Мансийск, ул. Комсомольская, д. 61</w:t>
              <w:br/>
              <w:t>Контактные телефоны: +7 (3467) 357-222</w:t>
              <w:br/>
              <w:t>Веб сайт: http://www.ugsk.ru/</w:t>
              <w:br/>
              <w:t>Электронная почта: mail@ugsk.ru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№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01.10.2019 по 30.09.2020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