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21-С-0361-1017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"СЗ "Монолит-58"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"Специализированный застройщик "Монолит-58"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2130136045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1142130005214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03.04.2014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05.10.2017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340 (05.10.2017)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Васянин Олег Юрьевич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45-83-43, 45-77-25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проспект Московский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строение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Страховое публичное акционерное общество «Ингосстрах» </w:t>
              <w:br/>
              <w:t>№ Лицензии: ОС 0928 - 02 от 28 сентября 2016 года</w:t>
              <w:br/>
              <w:t>Адрес: 127994, г. Москва, ул. Лесная, д. 41</w:t>
              <w:br/>
              <w:t>Контактные телефоны: +7 (495) 956-55-55, факс: +7 (495) 959-44-20</w:t>
              <w:br/>
              <w:t>Веб сайт: http://www.ingos.ru/</w:t>
              <w:br/>
              <w:t>Электронная почта: ingos@ingos.ru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433-550-163488/25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12.09.2025 по 11.09.2026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