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21-С-0351-0817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2123005940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1032134001349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297 810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Фарбер Владимир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2-76-31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тер. Элеватор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2009022-2123180/25СРО/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10.09.2025 по 09.09.2026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