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21-С-0336-0817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"ДПМК Яльчикское"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"ДПМК Яльчикское"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2120004040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1102132000332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13.12.2010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30.08.2017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329 (25.08.2017)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Сядуков Вячеслав Васильевич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+79051996195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429381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Яльчикский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село Яльчики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шоссе Канашское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264900-021-001705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21.08.2026 по 20.08.2027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