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"Аридаль"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"Аридаль"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2130005067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1062130008005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01.08.2006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322 (09.08.2017)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Лукина Наталия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57-33-73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03.08.2026 по 02.08.2027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