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21-С-0303-0617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"Веста"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 "Веста"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2101005866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1122131000089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05.07.2012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29.06.2017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309 (29.06.2017)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2 500 000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Управляющий, Добров Владимир Николаевич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77-81-89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Веб сайт: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www.polimerplitka21.ru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428038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г.о. 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Правая Набережная Сугутки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помещ. 3, кабинет 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«АльфаСтрахование»</w:t>
              <w:br/>
              <w:t>№ Лицензии: СИ № 2239 от 13 ноября 2017 года</w:t>
              <w:br/>
              <w:t>Адрес: 115162, г. Москва, ул. Шаболовка, д. 31, стр. Б</w:t>
              <w:br/>
              <w:t>Контактные телефоны: +7 (495) 788-09-99,  факс: +7 (495) 785-08-88</w:t>
              <w:br/>
              <w:t>Веб сайт: www.alfastrah.ru</w:t>
              <w:br/>
              <w:t>Электронная почта: alfastrah@alfastrah.ru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7791R/906/000069/26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23.06.2026 по 22.06.2027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