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"Интерстрой"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"Интерстрой"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2130048889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1082130015802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Анисимов Александр Станиславович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45-09-26,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www.interstroy21.com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16.03.2026 по 15.03.2027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