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21-С-0025-0617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"ВолгаРемСтрой"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"ВолгаРемСтрой"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2130147294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1142130016500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09.12.2014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300 (02.06.2017)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08.08.2019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445 (14.08.2019)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Солнцев Евгений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38-27-78, 30-80-30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Мясокомбинатский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«Страховая Компания «Согласие»</w:t>
              <w:br/>
              <w:t>№ Лицензии: СИ 1307 от 25 мая 2015 года</w:t>
              <w:br/>
              <w:t>Адрес: 129110, г. Москва, ул. Гиляровского, д. 42</w:t>
              <w:br/>
              <w:t>Контактные телефоны: +7 (495) 739-01-01, 8-800-200-01-01</w:t>
              <w:br/>
              <w:t>Веб сайт: http://www.soglasie.ru/</w:t>
              <w:br/>
              <w:t>Электронная почта: info@soglasie.ru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2009022-0707916/18 СРО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17.07.2018 по 16.07.2019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