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21-С-0279-0617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06.10.2025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210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09.10.2025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