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27.08.2026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№2347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27.11.2025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№2251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21.08.2025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№2201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24.11.2023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№1985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17.08.2023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№1951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20.12.2018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№685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01.11.2018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№650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