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567"/>
        <w:gridCol w:w="2268"/>
        <w:gridCol w:w="2835"/>
        <w:gridCol w:w="3969"/>
        <w:gridCol w:w="283"/>
      </w:tblGrid>
      <w:tr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  <w:tc>
          <w:tcPr>
            <w:tcW w:type="dxa" w:w="2165"/>
          </w:tcPr>
          <w:p/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02.07.2026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№2331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06.03.2026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№2291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3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13.11.2025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№2240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4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22.05.2025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№2168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5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19.12.2024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№2097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6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18.07.2024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№2051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7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25.01.2024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№2001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8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10.03.2022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№1696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9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10.02.2022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№1669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10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09.12.2021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№1592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16.12.2019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№1010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31.10.2019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№973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13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28.08.2019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№919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