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02.07.2026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№2330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06.03.2026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№2290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13.11.2025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№2238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22.05.2025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№2166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28.11.2024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№2091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