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09.04.2026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№2303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04.12.2025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№2256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04.09.2025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№2207Дисциплинарной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24.04.2025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№2158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14.11.2024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№2086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23.05.2024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№2037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30.11.2023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№1988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08.06.2023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№1935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16.03.2023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№1893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22.12.2022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№1867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06.10.2022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№1831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08.09.2022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№1823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