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27.02.2026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№2285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10.11.2025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№2234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15.05.2025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№2161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26.08.2021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№1491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25.06.2021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№1414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22.04.2021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№1365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