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25.07.2024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№2056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30.09.2021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№1535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29.07.2021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№1466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