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27.10.2023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№1976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20.07.2023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№1950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