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01.09.2023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№1958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№1263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19.11.2020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№1253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