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706"/>
        <w:gridCol w:w="2706"/>
        <w:gridCol w:w="2706"/>
        <w:gridCol w:w="2706"/>
      </w:tblGrid>
      <w:tr>
        <w:tc>
          <w:tcPr>
            <w:tcW w:type="dxa" w:w="850"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/>
                <w:sz w:val="24"/>
              </w:rPr>
              <w:t>Решение органов управления (право)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/>
                <w:sz w:val="24"/>
              </w:rPr>
              <w:t>Основание решения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26.01.2023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Возобновление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№1875 Дисциплинарной комиссии А "СО "СЧ"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2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03.11.2022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№1841 Дисциплинарной комиссии А "СО "СЧ"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3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11.04.2019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Возобновление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№823 Дисциплинарной комиссии А "СО "СЧ"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4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07.02.2019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№734 Дисциплинарной комиссии А "СО "СЧ"</w:t>
            </w:r>
          </w:p>
        </w:tc>
      </w:tr>
    </w:tbl>
    <w:sectPr w:rsidR="00FC693F" w:rsidRPr="0006063C" w:rsidSect="00034616">
      <w:pgSz w:w="12240" w:h="15840"/>
      <w:pgMar w:top="1134" w:right="283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