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17.01.2023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№1873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20.10.2022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№1839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